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EB6A7" w14:textId="77777777" w:rsidR="003F3344" w:rsidRDefault="00B66093">
      <w:pPr>
        <w:pStyle w:val="Ttulo"/>
      </w:pPr>
      <w:r>
        <w:t>Matheus Marcondes – Portfólio Profissional</w:t>
      </w:r>
    </w:p>
    <w:p w14:paraId="3681E735" w14:textId="77777777" w:rsidR="003F3344" w:rsidRDefault="00B66093">
      <w:r>
        <w:t>📍</w:t>
      </w:r>
      <w:r>
        <w:t xml:space="preserve"> São José dos Campos – SP</w:t>
      </w:r>
    </w:p>
    <w:p w14:paraId="308F9B1F" w14:textId="77777777" w:rsidR="003F3344" w:rsidRDefault="00B66093">
      <w:r>
        <w:t>🎓</w:t>
      </w:r>
      <w:r>
        <w:t xml:space="preserve"> Estudante de Ensino Médio Técnico em Informática – Univap</w:t>
      </w:r>
    </w:p>
    <w:p w14:paraId="103EB6F3" w14:textId="1A2838CE" w:rsidR="003F3344" w:rsidRDefault="00B66093">
      <w:r>
        <w:t>📧</w:t>
      </w:r>
      <w:r>
        <w:t xml:space="preserve"> Contato: </w:t>
      </w:r>
      <w:proofErr w:type="spellStart"/>
      <w:r w:rsidR="005B079E">
        <w:t>marcondesbusiness</w:t>
      </w:r>
      <w:proofErr w:type="spellEnd"/>
      <w:r w:rsidR="005B079E">
        <w:t>@gmail.com</w:t>
      </w:r>
    </w:p>
    <w:p w14:paraId="50FD5514" w14:textId="77777777" w:rsidR="003F3344" w:rsidRDefault="00B66093">
      <w:r>
        <w:t>🔗</w:t>
      </w:r>
      <w:r>
        <w:t xml:space="preserve"> LinkedIn | GitHub | WhatsApp (opcional)</w:t>
      </w:r>
    </w:p>
    <w:p w14:paraId="21B5C113" w14:textId="77777777" w:rsidR="003F3344" w:rsidRDefault="00B66093">
      <w:pPr>
        <w:pStyle w:val="Ttulo1"/>
      </w:pPr>
      <w:r>
        <w:t>Sobre Mim</w:t>
      </w:r>
    </w:p>
    <w:p w14:paraId="54BCC374" w14:textId="77777777" w:rsidR="003F3344" w:rsidRDefault="00B66093">
      <w:r>
        <w:t xml:space="preserve">Sou um estudante técnico </w:t>
      </w:r>
      <w:r>
        <w:t>apaixonado por programação e tecnologia. Ao longo da minha formação, desenvolvi habilidades sólidas em várias linguagens, principalmente voltadas para desenvolvimento web, aplicações desktop e banco de dados. Gosto de resolver problemas com código limpo e direto, e estou sempre buscando evoluir, seja com projetos próprios, estudos ou experiências práticas.</w:t>
      </w:r>
      <w:r>
        <w:br/>
      </w:r>
      <w:r>
        <w:br/>
        <w:t>Tenho perfil organizado, boa comunicação, trabalho bem em equipe e estou aberto a novos desafios, principalmente em projetos de meio período ou estágios</w:t>
      </w:r>
      <w:r>
        <w:t xml:space="preserve"> na área de tecnologia.</w:t>
      </w:r>
    </w:p>
    <w:p w14:paraId="68A312E7" w14:textId="77777777" w:rsidR="003F3344" w:rsidRDefault="00B66093">
      <w:pPr>
        <w:pStyle w:val="Ttulo1"/>
      </w:pPr>
      <w:r>
        <w:t>Habilidades Técnicas</w:t>
      </w:r>
    </w:p>
    <w:p w14:paraId="531918FC" w14:textId="77777777" w:rsidR="003F3344" w:rsidRDefault="00B66093">
      <w:r>
        <w:t>- Linguagens: Python, C#, C, PHP, HTML</w:t>
      </w:r>
      <w:r>
        <w:br/>
        <w:t>- Banco de Dados: MySQL (uso de Trigger, View e Stored Procedure)</w:t>
      </w:r>
      <w:r>
        <w:br/>
        <w:t>- APIs REST: Desenvolvimento em PHP OO e testes com Insomnia</w:t>
      </w:r>
      <w:r>
        <w:br/>
        <w:t>- Interfaces: Criação de aplicações com Windows Forms (Visual Studio)</w:t>
      </w:r>
      <w:r>
        <w:br/>
        <w:t>- Outros conhecimentos: Lógica de programação, organização de projetos, versionamento básico (Git)</w:t>
      </w:r>
      <w:r>
        <w:br/>
        <w:t>- Idiomas: Inglês avançado</w:t>
      </w:r>
    </w:p>
    <w:p w14:paraId="04E05910" w14:textId="77777777" w:rsidR="003F3344" w:rsidRDefault="00B66093">
      <w:pPr>
        <w:pStyle w:val="Ttulo1"/>
      </w:pPr>
      <w:r>
        <w:t>Projetos</w:t>
      </w:r>
    </w:p>
    <w:p w14:paraId="2DC5624D" w14:textId="77777777" w:rsidR="003F3344" w:rsidRDefault="00B66093">
      <w:pPr>
        <w:pStyle w:val="Ttulo2"/>
      </w:pPr>
      <w:r>
        <w:t>💖</w:t>
      </w:r>
      <w:r>
        <w:t xml:space="preserve"> Amor Infinito – Diário Digital de Casais (MySQL + PHP)</w:t>
      </w:r>
    </w:p>
    <w:p w14:paraId="0858F340" w14:textId="77777777" w:rsidR="003F3344" w:rsidRDefault="00B66093">
      <w:r>
        <w:t>Sistema de registro de momentos para casais, desenvolvido como projeto temático. Inclui:</w:t>
      </w:r>
      <w:r>
        <w:br/>
        <w:t>- Cadastro e login de usuários</w:t>
      </w:r>
      <w:r>
        <w:br/>
        <w:t>- Armazenamento de lembranças e datas importantes</w:t>
      </w:r>
      <w:r>
        <w:br/>
        <w:t>- Uso de Triggers, Views e Stored Procedures</w:t>
      </w:r>
      <w:r>
        <w:br/>
        <w:t>- Interface web com HTML + PHP orientado a objetos</w:t>
      </w:r>
    </w:p>
    <w:p w14:paraId="57789878" w14:textId="77777777" w:rsidR="003F3344" w:rsidRDefault="00B66093">
      <w:pPr>
        <w:pStyle w:val="Ttulo2"/>
      </w:pPr>
      <w:r>
        <w:lastRenderedPageBreak/>
        <w:t>🎯</w:t>
      </w:r>
      <w:r>
        <w:t xml:space="preserve"> Calculadora de Pontuação com Fatores (C# – Windows Forms)</w:t>
      </w:r>
    </w:p>
    <w:p w14:paraId="487E129A" w14:textId="77777777" w:rsidR="003F3344" w:rsidRDefault="00B66093">
      <w:r>
        <w:t>Aplicativo simples em C# para calcular e exibir divisores de um valor (pontuação), com foco em lógica matemática e usabilidade sem uso de arrays, strings ou listas.</w:t>
      </w:r>
    </w:p>
    <w:p w14:paraId="279C8413" w14:textId="77777777" w:rsidR="003F3344" w:rsidRDefault="00B66093">
      <w:pPr>
        <w:pStyle w:val="Ttulo2"/>
      </w:pPr>
      <w:r>
        <w:t>🧪</w:t>
      </w:r>
      <w:r>
        <w:t xml:space="preserve"> Simulador de Eletrólise (C#)</w:t>
      </w:r>
    </w:p>
    <w:p w14:paraId="3A83967C" w14:textId="77777777" w:rsidR="003F3344" w:rsidRDefault="00B66093">
      <w:r>
        <w:t>Simulação de reações químicas com entrada de equações, conversão e cálculo de DDP. Projeto feito como apoio escolar e para aprofundamento em lógica aplicada.</w:t>
      </w:r>
    </w:p>
    <w:p w14:paraId="6530D4C2" w14:textId="77777777" w:rsidR="003F3344" w:rsidRDefault="00B66093">
      <w:pPr>
        <w:pStyle w:val="Ttulo1"/>
      </w:pPr>
      <w:r>
        <w:t>Formação</w:t>
      </w:r>
    </w:p>
    <w:p w14:paraId="1D5EFBC8" w14:textId="2AF99318" w:rsidR="003F3344" w:rsidRDefault="00B66093">
      <w:r>
        <w:t>Técnico em Informática – Univap (Universidade do Vale do Paraíba)</w:t>
      </w:r>
      <w:r>
        <w:br/>
      </w:r>
      <w:r>
        <w:t>📅</w:t>
      </w:r>
      <w:r>
        <w:t xml:space="preserve"> Início: 202</w:t>
      </w:r>
      <w:r w:rsidR="00A42866">
        <w:t>4</w:t>
      </w:r>
      <w:r>
        <w:t xml:space="preserve"> | </w:t>
      </w:r>
      <w:proofErr w:type="spellStart"/>
      <w:r>
        <w:t>Conclusão</w:t>
      </w:r>
      <w:proofErr w:type="spellEnd"/>
      <w:r>
        <w:t xml:space="preserve"> </w:t>
      </w:r>
      <w:proofErr w:type="spellStart"/>
      <w:r>
        <w:t>prevista</w:t>
      </w:r>
      <w:proofErr w:type="spellEnd"/>
      <w:r>
        <w:t>: 202</w:t>
      </w:r>
      <w:r w:rsidR="00A42866">
        <w:t>6</w:t>
      </w:r>
    </w:p>
    <w:p w14:paraId="5FEDF14F" w14:textId="77777777" w:rsidR="003F3344" w:rsidRDefault="00B66093">
      <w:pPr>
        <w:pStyle w:val="Ttulo1"/>
      </w:pPr>
      <w:r>
        <w:t>Experiências Complementares</w:t>
      </w:r>
    </w:p>
    <w:p w14:paraId="464F52BE" w14:textId="77777777" w:rsidR="003F3344" w:rsidRDefault="00B66093">
      <w:r>
        <w:t>- Suporte em eventos e festas, com foco em organização e atendimento</w:t>
      </w:r>
      <w:r>
        <w:br/>
        <w:t>- Desenvolvimento de pequenos sistemas e automações para estudo</w:t>
      </w:r>
      <w:r>
        <w:br/>
        <w:t>- Participação em desafios escolares e projetos práticos integradores</w:t>
      </w:r>
    </w:p>
    <w:p w14:paraId="6C262434" w14:textId="77777777" w:rsidR="003F3344" w:rsidRDefault="00B66093">
      <w:pPr>
        <w:pStyle w:val="Ttulo1"/>
      </w:pPr>
      <w:r>
        <w:t>Disponibilidade</w:t>
      </w:r>
    </w:p>
    <w:p w14:paraId="0E47CF49" w14:textId="77777777" w:rsidR="003F3344" w:rsidRDefault="00B66093">
      <w:r>
        <w:t>📆</w:t>
      </w:r>
      <w:r>
        <w:t xml:space="preserve"> Período: Meio período (manhãs ocupadas com estudos)</w:t>
      </w:r>
      <w:r>
        <w:br/>
      </w:r>
      <w:r>
        <w:t>🌐</w:t>
      </w:r>
      <w:r>
        <w:t xml:space="preserve"> Modalidade: Remota ou presencial em São José dos Campos – SP</w:t>
      </w:r>
      <w:r>
        <w:br/>
      </w:r>
      <w:r>
        <w:t>💼</w:t>
      </w:r>
      <w:r>
        <w:t xml:space="preserve"> Interesses: Estágios, freelas, suporte técnico, desenvolvimento júnior</w:t>
      </w:r>
    </w:p>
    <w:p w14:paraId="73E7E8AD" w14:textId="77777777" w:rsidR="003F3344" w:rsidRDefault="00B66093">
      <w:pPr>
        <w:pStyle w:val="Ttulo1"/>
      </w:pPr>
      <w:r>
        <w:t>Contato</w:t>
      </w:r>
    </w:p>
    <w:p w14:paraId="7AF9C6DA" w14:textId="3C2653E9" w:rsidR="00A42866" w:rsidRDefault="00B66093">
      <w:r>
        <w:t>📧</w:t>
      </w:r>
      <w:r>
        <w:t xml:space="preserve"> E-mail: </w:t>
      </w:r>
      <w:hyperlink r:id="rId6" w:history="1">
        <w:r w:rsidR="00A42866" w:rsidRPr="004774C1">
          <w:rPr>
            <w:rStyle w:val="Hyperlink"/>
          </w:rPr>
          <w:t>marcondesbusiness@gmail.com</w:t>
        </w:r>
      </w:hyperlink>
    </w:p>
    <w:p w14:paraId="6389F750" w14:textId="77777777" w:rsidR="000F7FB6" w:rsidRDefault="00B66093">
      <w:r>
        <w:t>📱</w:t>
      </w:r>
      <w:r>
        <w:t xml:space="preserve"> WhatsApp: </w:t>
      </w:r>
      <w:r w:rsidR="000F7FB6">
        <w:t>(12) 98271-1551</w:t>
      </w:r>
    </w:p>
    <w:p w14:paraId="22D627CA" w14:textId="3EE19C04" w:rsidR="003F3344" w:rsidRDefault="003F3344"/>
    <w:sectPr w:rsidR="003F334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2339239">
    <w:abstractNumId w:val="8"/>
  </w:num>
  <w:num w:numId="2" w16cid:durableId="1731805795">
    <w:abstractNumId w:val="6"/>
  </w:num>
  <w:num w:numId="3" w16cid:durableId="902181468">
    <w:abstractNumId w:val="5"/>
  </w:num>
  <w:num w:numId="4" w16cid:durableId="1600984829">
    <w:abstractNumId w:val="4"/>
  </w:num>
  <w:num w:numId="5" w16cid:durableId="1780831875">
    <w:abstractNumId w:val="7"/>
  </w:num>
  <w:num w:numId="6" w16cid:durableId="2016766348">
    <w:abstractNumId w:val="3"/>
  </w:num>
  <w:num w:numId="7" w16cid:durableId="236523291">
    <w:abstractNumId w:val="2"/>
  </w:num>
  <w:num w:numId="8" w16cid:durableId="1856469">
    <w:abstractNumId w:val="1"/>
  </w:num>
  <w:num w:numId="9" w16cid:durableId="2042314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7FB6"/>
    <w:rsid w:val="0015074B"/>
    <w:rsid w:val="0029639D"/>
    <w:rsid w:val="00326F90"/>
    <w:rsid w:val="003F3344"/>
    <w:rsid w:val="005B079E"/>
    <w:rsid w:val="0062391F"/>
    <w:rsid w:val="00721BCE"/>
    <w:rsid w:val="00A42866"/>
    <w:rsid w:val="00AA1D8D"/>
    <w:rsid w:val="00B47730"/>
    <w:rsid w:val="00B6609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1DB52C"/>
  <w14:defaultImageDpi w14:val="300"/>
  <w15:docId w15:val="{B0E6BFB8-488F-514F-8A17-1B03F8B5B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A4286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428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rcondesbusiness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Marcondes00 Oliveira</cp:lastModifiedBy>
  <cp:revision>2</cp:revision>
  <dcterms:created xsi:type="dcterms:W3CDTF">2025-07-20T13:43:00Z</dcterms:created>
  <dcterms:modified xsi:type="dcterms:W3CDTF">2025-07-20T13:43:00Z</dcterms:modified>
  <cp:category/>
</cp:coreProperties>
</file>